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0806A" w14:textId="77777777" w:rsidR="00195443" w:rsidRDefault="00000000" w:rsidP="0042106D">
      <w:pPr>
        <w:spacing w:after="0"/>
        <w:jc w:val="center"/>
        <w:rPr>
          <w:rFonts w:ascii="Noto Sans JP" w:eastAsia="Noto Sans JP" w:hAnsi="Noto Sans JP"/>
          <w:b/>
          <w:sz w:val="48"/>
          <w:lang w:eastAsia="ja-JP"/>
        </w:rPr>
      </w:pPr>
      <w:r w:rsidRPr="005E255F">
        <w:rPr>
          <w:rFonts w:ascii="Noto Sans JP" w:eastAsia="Noto Sans JP" w:hAnsi="Noto Sans JP"/>
          <w:b/>
          <w:sz w:val="48"/>
          <w:lang w:eastAsia="ja-JP"/>
        </w:rPr>
        <w:t>ホームページ原稿テンプレート</w:t>
      </w:r>
    </w:p>
    <w:p w14:paraId="4FCFA388" w14:textId="77777777" w:rsidR="0042106D" w:rsidRPr="005E255F" w:rsidRDefault="0042106D" w:rsidP="0042106D">
      <w:pPr>
        <w:spacing w:after="0"/>
        <w:jc w:val="center"/>
        <w:rPr>
          <w:rFonts w:ascii="Noto Sans JP" w:eastAsia="Noto Sans JP" w:hAnsi="Noto Sans JP"/>
          <w:lang w:eastAsia="ja-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2040"/>
        <w:gridCol w:w="1825"/>
        <w:gridCol w:w="1147"/>
        <w:gridCol w:w="1617"/>
        <w:gridCol w:w="1409"/>
        <w:gridCol w:w="2162"/>
      </w:tblGrid>
      <w:tr w:rsidR="00195443" w:rsidRPr="005E255F" w14:paraId="65CCC8C9" w14:textId="77777777" w:rsidTr="0042106D">
        <w:trPr>
          <w:trHeight w:val="316"/>
          <w:jc w:val="center"/>
        </w:trPr>
        <w:tc>
          <w:tcPr>
            <w:tcW w:w="2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51B0400" w14:textId="77777777" w:rsidR="00195443" w:rsidRPr="005E255F" w:rsidRDefault="00000000" w:rsidP="0042106D">
            <w:pPr>
              <w:spacing w:after="0" w:line="240" w:lineRule="auto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b/>
                <w:sz w:val="19"/>
              </w:rPr>
              <w:t>作成者</w:t>
            </w:r>
            <w:proofErr w:type="spellEnd"/>
          </w:p>
        </w:tc>
        <w:tc>
          <w:tcPr>
            <w:tcW w:w="1825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8755541" w14:textId="77777777" w:rsidR="00195443" w:rsidRPr="005E255F" w:rsidRDefault="00195443" w:rsidP="0042106D">
            <w:pPr>
              <w:spacing w:after="0" w:line="240" w:lineRule="auto"/>
              <w:jc w:val="center"/>
              <w:rPr>
                <w:rFonts w:ascii="Noto Sans JP" w:eastAsia="Noto Sans JP" w:hAnsi="Noto Sans JP"/>
              </w:rPr>
            </w:pPr>
          </w:p>
        </w:tc>
        <w:tc>
          <w:tcPr>
            <w:tcW w:w="114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85495FA" w14:textId="77777777" w:rsidR="00195443" w:rsidRPr="005E255F" w:rsidRDefault="00000000" w:rsidP="0042106D">
            <w:pPr>
              <w:spacing w:after="0" w:line="240" w:lineRule="auto"/>
              <w:jc w:val="center"/>
              <w:rPr>
                <w:rFonts w:ascii="Noto Sans JP" w:eastAsia="Noto Sans JP" w:hAnsi="Noto Sans JP"/>
              </w:rPr>
            </w:pPr>
            <w:r w:rsidRPr="005E255F">
              <w:rPr>
                <w:rFonts w:ascii="Noto Sans JP" w:eastAsia="Noto Sans JP" w:hAnsi="Noto Sans JP"/>
                <w:b/>
                <w:sz w:val="19"/>
              </w:rPr>
              <w:t>作成日</w:t>
            </w:r>
          </w:p>
        </w:tc>
        <w:tc>
          <w:tcPr>
            <w:tcW w:w="1617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00A58DB" w14:textId="77777777" w:rsidR="00195443" w:rsidRPr="005E255F" w:rsidRDefault="00195443" w:rsidP="0042106D">
            <w:pPr>
              <w:spacing w:after="0" w:line="240" w:lineRule="auto"/>
              <w:jc w:val="center"/>
              <w:rPr>
                <w:rFonts w:ascii="Noto Sans JP" w:eastAsia="Noto Sans JP" w:hAnsi="Noto Sans JP"/>
              </w:rPr>
            </w:pPr>
          </w:p>
        </w:tc>
        <w:tc>
          <w:tcPr>
            <w:tcW w:w="1409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7FFBCE0" w14:textId="77777777" w:rsidR="00195443" w:rsidRPr="005E255F" w:rsidRDefault="00000000" w:rsidP="0042106D">
            <w:pPr>
              <w:spacing w:after="0" w:line="240" w:lineRule="auto"/>
              <w:jc w:val="center"/>
              <w:rPr>
                <w:rFonts w:ascii="Noto Sans JP" w:eastAsia="Noto Sans JP" w:hAnsi="Noto Sans JP"/>
              </w:rPr>
            </w:pPr>
            <w:r w:rsidRPr="005E255F">
              <w:rPr>
                <w:rFonts w:ascii="Noto Sans JP" w:eastAsia="Noto Sans JP" w:hAnsi="Noto Sans JP"/>
                <w:b/>
                <w:sz w:val="19"/>
              </w:rPr>
              <w:t>最終更新日</w:t>
            </w:r>
          </w:p>
        </w:tc>
        <w:tc>
          <w:tcPr>
            <w:tcW w:w="2162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8FDA5C1" w14:textId="6DF476BA" w:rsidR="00195443" w:rsidRPr="005E255F" w:rsidRDefault="00195443" w:rsidP="0042106D">
            <w:pPr>
              <w:spacing w:after="0" w:line="240" w:lineRule="auto"/>
              <w:jc w:val="center"/>
              <w:rPr>
                <w:rFonts w:ascii="Noto Sans JP" w:eastAsia="Noto Sans JP" w:hAnsi="Noto Sans JP"/>
                <w:lang w:eastAsia="ja-JP"/>
              </w:rPr>
            </w:pPr>
          </w:p>
        </w:tc>
      </w:tr>
    </w:tbl>
    <w:p w14:paraId="7C3FA188" w14:textId="77777777" w:rsidR="00195443" w:rsidRPr="005E255F" w:rsidRDefault="00195443" w:rsidP="0042106D">
      <w:pPr>
        <w:spacing w:after="0"/>
        <w:rPr>
          <w:rFonts w:ascii="Noto Sans JP" w:eastAsia="Noto Sans JP" w:hAnsi="Noto Sans JP"/>
          <w:lang w:eastAsia="ja-JP"/>
        </w:rPr>
      </w:pPr>
    </w:p>
    <w:p w14:paraId="3024C86E" w14:textId="77777777" w:rsidR="00195443" w:rsidRPr="005E255F" w:rsidRDefault="00000000" w:rsidP="0042106D">
      <w:pPr>
        <w:spacing w:before="120" w:after="0"/>
        <w:jc w:val="center"/>
        <w:rPr>
          <w:rFonts w:ascii="Noto Sans JP" w:eastAsia="Noto Sans JP" w:hAnsi="Noto Sans JP"/>
          <w:color w:val="1F497D" w:themeColor="text2"/>
        </w:rPr>
      </w:pPr>
      <w:proofErr w:type="spellStart"/>
      <w:r w:rsidRPr="005E255F">
        <w:rPr>
          <w:rFonts w:ascii="Noto Sans JP" w:eastAsia="Noto Sans JP" w:hAnsi="Noto Sans JP"/>
          <w:b/>
          <w:color w:val="1F497D" w:themeColor="text2"/>
          <w:sz w:val="36"/>
        </w:rPr>
        <w:t>サイトマップ</w:t>
      </w:r>
      <w:proofErr w:type="spellEnd"/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195443" w:rsidRPr="005E255F" w14:paraId="7C1CF197" w14:textId="77777777" w:rsidTr="0042106D">
        <w:trPr>
          <w:trHeight w:hRule="exact" w:val="3175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E29FEB4" w14:textId="4CBBAE50" w:rsidR="00195443" w:rsidRPr="005E255F" w:rsidRDefault="00195443" w:rsidP="0042106D">
            <w:pPr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</w:tbl>
    <w:p w14:paraId="7D6D2284" w14:textId="77777777" w:rsidR="00195443" w:rsidRPr="005E255F" w:rsidRDefault="00195443" w:rsidP="0042106D">
      <w:pPr>
        <w:spacing w:after="0"/>
        <w:rPr>
          <w:rFonts w:ascii="Noto Sans JP" w:eastAsia="Noto Sans JP" w:hAnsi="Noto Sans JP"/>
        </w:rPr>
      </w:pPr>
    </w:p>
    <w:p w14:paraId="5ED21B1C" w14:textId="77777777" w:rsidR="00195443" w:rsidRPr="005E255F" w:rsidRDefault="00000000" w:rsidP="0042106D">
      <w:pPr>
        <w:spacing w:before="60" w:after="0"/>
        <w:jc w:val="center"/>
        <w:rPr>
          <w:rFonts w:ascii="Noto Sans JP" w:eastAsia="Noto Sans JP" w:hAnsi="Noto Sans JP"/>
          <w:color w:val="1F497D" w:themeColor="text2"/>
        </w:rPr>
      </w:pPr>
      <w:r w:rsidRPr="005E255F">
        <w:rPr>
          <w:rFonts w:ascii="Noto Sans JP" w:eastAsia="Noto Sans JP" w:hAnsi="Noto Sans JP"/>
          <w:b/>
          <w:color w:val="1F497D" w:themeColor="text2"/>
          <w:sz w:val="36"/>
        </w:rPr>
        <w:t>基本情報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3604"/>
        <w:gridCol w:w="6596"/>
      </w:tblGrid>
      <w:tr w:rsidR="00195443" w:rsidRPr="005E255F" w14:paraId="5FA8928A" w14:textId="77777777" w:rsidTr="0042106D">
        <w:trPr>
          <w:jc w:val="center"/>
        </w:trPr>
        <w:tc>
          <w:tcPr>
            <w:tcW w:w="3604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2DD84DF" w14:textId="77777777" w:rsidR="00195443" w:rsidRPr="005E255F" w:rsidRDefault="00000000" w:rsidP="0042106D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0"/>
              </w:rPr>
              <w:t>会社名・屋号</w:t>
            </w:r>
            <w:proofErr w:type="spellEnd"/>
          </w:p>
        </w:tc>
        <w:tc>
          <w:tcPr>
            <w:tcW w:w="6596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73F3A33" w14:textId="77777777" w:rsidR="00195443" w:rsidRPr="005E255F" w:rsidRDefault="00195443" w:rsidP="0042106D">
            <w:pPr>
              <w:spacing w:after="0"/>
              <w:rPr>
                <w:rFonts w:ascii="Noto Sans JP" w:eastAsia="Noto Sans JP" w:hAnsi="Noto Sans JP"/>
              </w:rPr>
            </w:pPr>
          </w:p>
        </w:tc>
      </w:tr>
      <w:tr w:rsidR="00195443" w:rsidRPr="005E255F" w14:paraId="2A609351" w14:textId="77777777" w:rsidTr="0042106D">
        <w:trPr>
          <w:jc w:val="center"/>
        </w:trPr>
        <w:tc>
          <w:tcPr>
            <w:tcW w:w="3604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10A9411" w14:textId="77777777" w:rsidR="00195443" w:rsidRPr="005E255F" w:rsidRDefault="00000000" w:rsidP="0042106D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r w:rsidRPr="005E255F">
              <w:rPr>
                <w:rFonts w:ascii="Noto Sans JP" w:eastAsia="Noto Sans JP" w:hAnsi="Noto Sans JP"/>
                <w:sz w:val="20"/>
              </w:rPr>
              <w:t>主力サービス</w:t>
            </w:r>
          </w:p>
        </w:tc>
        <w:tc>
          <w:tcPr>
            <w:tcW w:w="6596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DDF4B81" w14:textId="77777777" w:rsidR="00195443" w:rsidRPr="005E255F" w:rsidRDefault="00195443" w:rsidP="0042106D">
            <w:pPr>
              <w:spacing w:after="0"/>
              <w:rPr>
                <w:rFonts w:ascii="Noto Sans JP" w:eastAsia="Noto Sans JP" w:hAnsi="Noto Sans JP"/>
              </w:rPr>
            </w:pPr>
          </w:p>
        </w:tc>
      </w:tr>
      <w:tr w:rsidR="00195443" w:rsidRPr="005E255F" w14:paraId="410BAFCC" w14:textId="77777777" w:rsidTr="0042106D">
        <w:trPr>
          <w:jc w:val="center"/>
        </w:trPr>
        <w:tc>
          <w:tcPr>
            <w:tcW w:w="3604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6006337" w14:textId="77777777" w:rsidR="00195443" w:rsidRPr="005E255F" w:rsidRDefault="00000000" w:rsidP="0042106D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r w:rsidRPr="005E255F">
              <w:rPr>
                <w:rFonts w:ascii="Noto Sans JP" w:eastAsia="Noto Sans JP" w:hAnsi="Noto Sans JP"/>
                <w:sz w:val="20"/>
              </w:rPr>
              <w:t>ターゲット</w:t>
            </w:r>
          </w:p>
        </w:tc>
        <w:tc>
          <w:tcPr>
            <w:tcW w:w="6596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7EB182F" w14:textId="77777777" w:rsidR="00195443" w:rsidRPr="005E255F" w:rsidRDefault="00195443" w:rsidP="0042106D">
            <w:pPr>
              <w:spacing w:after="0"/>
              <w:rPr>
                <w:rFonts w:ascii="Noto Sans JP" w:eastAsia="Noto Sans JP" w:hAnsi="Noto Sans JP"/>
              </w:rPr>
            </w:pPr>
          </w:p>
        </w:tc>
      </w:tr>
      <w:tr w:rsidR="00195443" w:rsidRPr="005E255F" w14:paraId="39FB0F58" w14:textId="77777777" w:rsidTr="0042106D">
        <w:trPr>
          <w:jc w:val="center"/>
        </w:trPr>
        <w:tc>
          <w:tcPr>
            <w:tcW w:w="3604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863EE16" w14:textId="77777777" w:rsidR="00195443" w:rsidRPr="005E255F" w:rsidRDefault="00000000" w:rsidP="0042106D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r w:rsidRPr="005E255F">
              <w:rPr>
                <w:rFonts w:ascii="Noto Sans JP" w:eastAsia="Noto Sans JP" w:hAnsi="Noto Sans JP"/>
                <w:sz w:val="20"/>
              </w:rPr>
              <w:t>最重要ゴール</w:t>
            </w:r>
          </w:p>
        </w:tc>
        <w:tc>
          <w:tcPr>
            <w:tcW w:w="6596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CB1BF0D" w14:textId="77777777" w:rsidR="00195443" w:rsidRPr="005E255F" w:rsidRDefault="00195443" w:rsidP="0042106D">
            <w:pPr>
              <w:spacing w:after="0"/>
              <w:rPr>
                <w:rFonts w:ascii="Noto Sans JP" w:eastAsia="Noto Sans JP" w:hAnsi="Noto Sans JP"/>
              </w:rPr>
            </w:pPr>
          </w:p>
        </w:tc>
      </w:tr>
      <w:tr w:rsidR="00195443" w:rsidRPr="005E255F" w14:paraId="1EBEF24D" w14:textId="77777777" w:rsidTr="0042106D">
        <w:trPr>
          <w:jc w:val="center"/>
        </w:trPr>
        <w:tc>
          <w:tcPr>
            <w:tcW w:w="3604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F887098" w14:textId="77777777" w:rsidR="00195443" w:rsidRPr="005E255F" w:rsidRDefault="00000000" w:rsidP="0042106D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r w:rsidRPr="005E255F">
              <w:rPr>
                <w:rFonts w:ascii="Noto Sans JP" w:eastAsia="Noto Sans JP" w:hAnsi="Noto Sans JP"/>
                <w:sz w:val="20"/>
              </w:rPr>
              <w:t>主要CTA</w:t>
            </w:r>
          </w:p>
        </w:tc>
        <w:tc>
          <w:tcPr>
            <w:tcW w:w="6596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05457F3" w14:textId="77777777" w:rsidR="00195443" w:rsidRPr="005E255F" w:rsidRDefault="00000000" w:rsidP="0042106D">
            <w:pPr>
              <w:spacing w:after="0"/>
              <w:rPr>
                <w:rFonts w:ascii="Noto Sans JP" w:eastAsia="Noto Sans JP" w:hAnsi="Noto Sans JP"/>
                <w:lang w:eastAsia="ja-JP"/>
              </w:rPr>
            </w:pPr>
            <w:r w:rsidRPr="005E255F">
              <w:rPr>
                <w:rFonts w:ascii="Noto Sans JP" w:eastAsia="Noto Sans JP" w:hAnsi="Noto Sans JP"/>
                <w:sz w:val="20"/>
                <w:lang w:eastAsia="ja-JP"/>
              </w:rPr>
              <w:t>お問い合わせ／無料相談／資料請求 など</w:t>
            </w:r>
          </w:p>
        </w:tc>
      </w:tr>
      <w:tr w:rsidR="00195443" w:rsidRPr="005E255F" w14:paraId="28413B19" w14:textId="77777777" w:rsidTr="0042106D">
        <w:trPr>
          <w:jc w:val="center"/>
        </w:trPr>
        <w:tc>
          <w:tcPr>
            <w:tcW w:w="3604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E623277" w14:textId="7913273A" w:rsidR="00195443" w:rsidRPr="005E255F" w:rsidRDefault="00000000" w:rsidP="0042106D">
            <w:pPr>
              <w:spacing w:after="0"/>
              <w:jc w:val="center"/>
              <w:rPr>
                <w:rFonts w:ascii="Noto Sans JP" w:eastAsia="Noto Sans JP" w:hAnsi="Noto Sans JP"/>
                <w:lang w:eastAsia="ja-JP"/>
              </w:rPr>
            </w:pPr>
            <w:r w:rsidRPr="005E255F">
              <w:rPr>
                <w:rFonts w:ascii="Noto Sans JP" w:eastAsia="Noto Sans JP" w:hAnsi="Noto Sans JP"/>
                <w:sz w:val="20"/>
                <w:lang w:eastAsia="ja-JP"/>
              </w:rPr>
              <w:t>参考サイト</w:t>
            </w:r>
          </w:p>
        </w:tc>
        <w:tc>
          <w:tcPr>
            <w:tcW w:w="6596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1B0E918" w14:textId="77777777" w:rsidR="00195443" w:rsidRDefault="005E255F" w:rsidP="0042106D">
            <w:pPr>
              <w:spacing w:after="0"/>
              <w:rPr>
                <w:rFonts w:ascii="Noto Sans JP" w:eastAsia="Noto Sans JP" w:hAnsi="Noto Sans JP"/>
                <w:lang w:eastAsia="ja-JP"/>
              </w:rPr>
            </w:pPr>
            <w:r>
              <w:rPr>
                <w:rFonts w:ascii="Noto Sans JP" w:eastAsia="Noto Sans JP" w:hAnsi="Noto Sans JP" w:hint="eastAsia"/>
                <w:lang w:eastAsia="ja-JP"/>
              </w:rPr>
              <w:t>https://</w:t>
            </w:r>
          </w:p>
          <w:p w14:paraId="51DE7187" w14:textId="77777777" w:rsidR="005E255F" w:rsidRDefault="005E255F" w:rsidP="0042106D">
            <w:pPr>
              <w:spacing w:after="0"/>
              <w:rPr>
                <w:rFonts w:ascii="Noto Sans JP" w:eastAsia="Noto Sans JP" w:hAnsi="Noto Sans JP"/>
                <w:lang w:eastAsia="ja-JP"/>
              </w:rPr>
            </w:pPr>
            <w:r>
              <w:rPr>
                <w:rFonts w:ascii="Noto Sans JP" w:eastAsia="Noto Sans JP" w:hAnsi="Noto Sans JP" w:hint="eastAsia"/>
                <w:lang w:eastAsia="ja-JP"/>
              </w:rPr>
              <w:t>https://</w:t>
            </w:r>
          </w:p>
          <w:p w14:paraId="3836C570" w14:textId="5DB633F0" w:rsidR="005E255F" w:rsidRPr="005E255F" w:rsidRDefault="005E255F" w:rsidP="0042106D">
            <w:pPr>
              <w:spacing w:after="0"/>
              <w:rPr>
                <w:rFonts w:ascii="Noto Sans JP" w:eastAsia="Noto Sans JP" w:hAnsi="Noto Sans JP"/>
                <w:lang w:eastAsia="ja-JP"/>
              </w:rPr>
            </w:pPr>
            <w:r>
              <w:rPr>
                <w:rFonts w:ascii="Noto Sans JP" w:eastAsia="Noto Sans JP" w:hAnsi="Noto Sans JP" w:hint="eastAsia"/>
                <w:lang w:eastAsia="ja-JP"/>
              </w:rPr>
              <w:t>https://</w:t>
            </w:r>
          </w:p>
        </w:tc>
      </w:tr>
    </w:tbl>
    <w:p w14:paraId="6984E6A7" w14:textId="77777777" w:rsidR="00195443" w:rsidRPr="005E255F" w:rsidRDefault="00000000" w:rsidP="0042106D">
      <w:pPr>
        <w:spacing w:after="0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lang w:eastAsia="ja-JP"/>
        </w:rPr>
        <w:br w:type="page"/>
      </w:r>
    </w:p>
    <w:p w14:paraId="291559B8" w14:textId="77777777" w:rsidR="00195443" w:rsidRPr="0042106D" w:rsidRDefault="00000000" w:rsidP="0042106D">
      <w:pPr>
        <w:spacing w:after="0"/>
        <w:rPr>
          <w:rFonts w:ascii="Noto Sans JP" w:eastAsia="Noto Sans JP" w:hAnsi="Noto Sans JP"/>
          <w:color w:val="1F497D" w:themeColor="text2"/>
          <w:lang w:eastAsia="ja-JP"/>
        </w:rPr>
      </w:pPr>
      <w:r w:rsidRPr="0042106D">
        <w:rPr>
          <w:rFonts w:ascii="Noto Sans JP" w:eastAsia="Noto Sans JP" w:hAnsi="Noto Sans JP"/>
          <w:b/>
          <w:color w:val="1F497D" w:themeColor="text2"/>
          <w:sz w:val="22"/>
          <w:lang w:eastAsia="ja-JP"/>
        </w:rPr>
        <w:lastRenderedPageBreak/>
        <w:t>SEOタイトル（30文字前後）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195443" w:rsidRPr="005E255F" w14:paraId="60AA3289" w14:textId="77777777" w:rsidTr="0042106D">
        <w:trPr>
          <w:trHeight w:hRule="exact" w:val="170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31FA92F" w14:textId="77777777" w:rsidR="00195443" w:rsidRPr="005E255F" w:rsidRDefault="00195443" w:rsidP="0042106D">
            <w:pPr>
              <w:spacing w:after="0"/>
              <w:rPr>
                <w:rFonts w:ascii="Noto Sans JP" w:eastAsia="Noto Sans JP" w:hAnsi="Noto Sans JP"/>
                <w:lang w:eastAsia="ja-JP"/>
              </w:rPr>
            </w:pPr>
          </w:p>
        </w:tc>
      </w:tr>
    </w:tbl>
    <w:p w14:paraId="7C619007" w14:textId="77777777" w:rsidR="00195443" w:rsidRPr="005E255F" w:rsidRDefault="00195443" w:rsidP="0042106D">
      <w:pPr>
        <w:spacing w:after="0"/>
        <w:rPr>
          <w:rFonts w:ascii="Noto Sans JP" w:eastAsia="Noto Sans JP" w:hAnsi="Noto Sans JP"/>
          <w:lang w:eastAsia="ja-JP"/>
        </w:rPr>
      </w:pPr>
    </w:p>
    <w:p w14:paraId="45DF49B7" w14:textId="77777777" w:rsidR="00195443" w:rsidRPr="0042106D" w:rsidRDefault="00000000" w:rsidP="0042106D">
      <w:pPr>
        <w:spacing w:after="0"/>
        <w:rPr>
          <w:rFonts w:ascii="Noto Sans JP" w:eastAsia="Noto Sans JP" w:hAnsi="Noto Sans JP"/>
          <w:color w:val="1F497D" w:themeColor="text2"/>
        </w:rPr>
      </w:pPr>
      <w:r w:rsidRPr="0042106D">
        <w:rPr>
          <w:rFonts w:ascii="Noto Sans JP" w:eastAsia="Noto Sans JP" w:hAnsi="Noto Sans JP"/>
          <w:b/>
          <w:color w:val="1F497D" w:themeColor="text2"/>
          <w:sz w:val="22"/>
        </w:rPr>
        <w:t>説明文（120文字前後）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195443" w:rsidRPr="005E255F" w14:paraId="1D54317C" w14:textId="77777777" w:rsidTr="0042106D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21BBDFC" w14:textId="77777777" w:rsidR="00195443" w:rsidRPr="005E255F" w:rsidRDefault="00195443" w:rsidP="0042106D">
            <w:pPr>
              <w:spacing w:after="0"/>
              <w:rPr>
                <w:rFonts w:ascii="Noto Sans JP" w:eastAsia="Noto Sans JP" w:hAnsi="Noto Sans JP"/>
              </w:rPr>
            </w:pPr>
          </w:p>
        </w:tc>
      </w:tr>
    </w:tbl>
    <w:p w14:paraId="5916801C" w14:textId="505FFDFB" w:rsidR="00195443" w:rsidRDefault="00195443" w:rsidP="0042106D">
      <w:pPr>
        <w:spacing w:after="0"/>
        <w:rPr>
          <w:rFonts w:ascii="Noto Sans JP" w:eastAsia="Noto Sans JP" w:hAnsi="Noto Sans JP"/>
          <w:lang w:eastAsia="ja-JP"/>
        </w:rPr>
      </w:pPr>
    </w:p>
    <w:p w14:paraId="351CC466" w14:textId="77777777" w:rsidR="0042106D" w:rsidRDefault="0042106D" w:rsidP="0042106D">
      <w:pPr>
        <w:spacing w:after="0"/>
        <w:rPr>
          <w:rFonts w:ascii="Noto Sans JP" w:eastAsia="Noto Sans JP" w:hAnsi="Noto Sans JP"/>
          <w:lang w:eastAsia="ja-JP"/>
        </w:rPr>
      </w:pPr>
    </w:p>
    <w:p w14:paraId="4A56680C" w14:textId="77777777" w:rsidR="0042106D" w:rsidRPr="005E255F" w:rsidRDefault="0042106D" w:rsidP="0042106D">
      <w:pPr>
        <w:spacing w:after="0"/>
        <w:rPr>
          <w:rFonts w:ascii="Noto Sans JP" w:eastAsia="Noto Sans JP" w:hAnsi="Noto Sans JP"/>
          <w:lang w:eastAsia="ja-JP"/>
        </w:rPr>
      </w:pPr>
    </w:p>
    <w:p w14:paraId="4F3D8AF6" w14:textId="77777777" w:rsidR="00195443" w:rsidRPr="005E255F" w:rsidRDefault="00000000" w:rsidP="0042106D">
      <w:pPr>
        <w:spacing w:after="0"/>
        <w:jc w:val="center"/>
        <w:rPr>
          <w:rFonts w:ascii="Noto Sans JP" w:eastAsia="Noto Sans JP" w:hAnsi="Noto Sans JP"/>
        </w:rPr>
      </w:pPr>
      <w:proofErr w:type="spellStart"/>
      <w:r w:rsidRPr="005E255F">
        <w:rPr>
          <w:rFonts w:ascii="Noto Sans JP" w:eastAsia="Noto Sans JP" w:hAnsi="Noto Sans JP"/>
          <w:b/>
          <w:sz w:val="36"/>
        </w:rPr>
        <w:t>ホーム</w:t>
      </w:r>
      <w:proofErr w:type="spellEnd"/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195443" w:rsidRPr="005E255F" w14:paraId="7AE8E7C2" w14:textId="77777777" w:rsidTr="0042106D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708E293" w14:textId="77777777" w:rsidR="00195443" w:rsidRPr="005E255F" w:rsidRDefault="00000000" w:rsidP="0042106D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540FECD2" w14:textId="77777777" w:rsidR="00195443" w:rsidRPr="005E255F" w:rsidRDefault="00195443" w:rsidP="0042106D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195443" w:rsidRPr="005E255F" w14:paraId="63A0DED5" w14:textId="77777777" w:rsidTr="0042106D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1FD0B23" w14:textId="77777777" w:rsidR="00195443" w:rsidRPr="005E255F" w:rsidRDefault="00000000" w:rsidP="0042106D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2D917629" w14:textId="77777777" w:rsidR="00195443" w:rsidRPr="005E255F" w:rsidRDefault="00195443" w:rsidP="0042106D">
      <w:pPr>
        <w:spacing w:after="0"/>
        <w:rPr>
          <w:rFonts w:ascii="Noto Sans JP" w:eastAsia="Noto Sans JP" w:hAnsi="Noto Sans JP"/>
        </w:rPr>
      </w:pPr>
    </w:p>
    <w:tbl>
      <w:tblPr>
        <w:tblpPr w:leftFromText="142" w:rightFromText="142" w:vertAnchor="text" w:tblpY="1"/>
        <w:tblOverlap w:val="never"/>
        <w:tblW w:w="10361" w:type="dxa"/>
        <w:tblLayout w:type="fixed"/>
        <w:tblLook w:val="04A0" w:firstRow="1" w:lastRow="0" w:firstColumn="1" w:lastColumn="0" w:noHBand="0" w:noVBand="1"/>
      </w:tblPr>
      <w:tblGrid>
        <w:gridCol w:w="10361"/>
      </w:tblGrid>
      <w:tr w:rsidR="00195443" w:rsidRPr="005E255F" w14:paraId="778CF02C" w14:textId="77777777" w:rsidTr="00AC6A5C">
        <w:trPr>
          <w:trHeight w:val="6538"/>
        </w:trPr>
        <w:tc>
          <w:tcPr>
            <w:tcW w:w="10361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EB97B93" w14:textId="77777777" w:rsidR="00195443" w:rsidRDefault="00000000" w:rsidP="00AC6A5C">
            <w:pPr>
              <w:spacing w:after="0"/>
              <w:rPr>
                <w:rFonts w:ascii="Noto Sans JP" w:eastAsia="Noto Sans JP" w:hAnsi="Noto Sans JP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  <w:p w14:paraId="3CEB1A68" w14:textId="77777777" w:rsidR="00AC6A5C" w:rsidRDefault="00AC6A5C" w:rsidP="00AC6A5C">
            <w:pPr>
              <w:spacing w:after="0"/>
              <w:rPr>
                <w:rFonts w:ascii="Noto Sans JP" w:eastAsia="Noto Sans JP" w:hAnsi="Noto Sans JP"/>
                <w:sz w:val="22"/>
                <w:lang w:eastAsia="ja-JP"/>
              </w:rPr>
            </w:pPr>
          </w:p>
          <w:p w14:paraId="779D1AE0" w14:textId="77777777" w:rsidR="00AC6A5C" w:rsidRDefault="00AC6A5C" w:rsidP="00AC6A5C">
            <w:pPr>
              <w:spacing w:after="0"/>
              <w:rPr>
                <w:rFonts w:ascii="Noto Sans JP" w:eastAsia="Noto Sans JP" w:hAnsi="Noto Sans JP"/>
                <w:sz w:val="22"/>
                <w:lang w:eastAsia="ja-JP"/>
              </w:rPr>
            </w:pPr>
          </w:p>
          <w:p w14:paraId="2D0BA562" w14:textId="77777777" w:rsidR="00AC6A5C" w:rsidRDefault="00AC6A5C" w:rsidP="00AC6A5C">
            <w:pPr>
              <w:spacing w:after="0"/>
              <w:rPr>
                <w:rFonts w:ascii="Noto Sans JP" w:eastAsia="Noto Sans JP" w:hAnsi="Noto Sans JP"/>
                <w:sz w:val="22"/>
                <w:lang w:eastAsia="ja-JP"/>
              </w:rPr>
            </w:pPr>
          </w:p>
          <w:p w14:paraId="1C5033E4" w14:textId="77777777" w:rsidR="00AC6A5C" w:rsidRDefault="00AC6A5C" w:rsidP="00AC6A5C">
            <w:pPr>
              <w:spacing w:after="0"/>
              <w:rPr>
                <w:rFonts w:ascii="Noto Sans JP" w:eastAsia="Noto Sans JP" w:hAnsi="Noto Sans JP"/>
                <w:sz w:val="22"/>
                <w:lang w:eastAsia="ja-JP"/>
              </w:rPr>
            </w:pPr>
          </w:p>
          <w:p w14:paraId="6D7015FB" w14:textId="77777777" w:rsidR="00AC6A5C" w:rsidRDefault="00AC6A5C" w:rsidP="00AC6A5C">
            <w:pPr>
              <w:spacing w:after="0"/>
              <w:rPr>
                <w:rFonts w:ascii="Noto Sans JP" w:eastAsia="Noto Sans JP" w:hAnsi="Noto Sans JP"/>
                <w:sz w:val="22"/>
                <w:lang w:eastAsia="ja-JP"/>
              </w:rPr>
            </w:pPr>
          </w:p>
          <w:p w14:paraId="5431F19C" w14:textId="77777777" w:rsidR="00AC6A5C" w:rsidRDefault="00AC6A5C" w:rsidP="00AC6A5C">
            <w:pPr>
              <w:pBdr>
                <w:bottom w:val="single" w:sz="6" w:space="1" w:color="auto"/>
              </w:pBdr>
              <w:spacing w:after="0"/>
              <w:rPr>
                <w:rFonts w:ascii="Noto Sans JP" w:eastAsia="Noto Sans JP" w:hAnsi="Noto Sans JP"/>
                <w:sz w:val="22"/>
                <w:lang w:eastAsia="ja-JP"/>
              </w:rPr>
            </w:pPr>
          </w:p>
          <w:p w14:paraId="4796CD81" w14:textId="77777777" w:rsidR="00AC6A5C" w:rsidRDefault="00AC6A5C" w:rsidP="00AC6A5C">
            <w:pPr>
              <w:spacing w:after="0"/>
              <w:rPr>
                <w:rFonts w:ascii="Noto Sans JP" w:eastAsia="Noto Sans JP" w:hAnsi="Noto Sans JP"/>
                <w:sz w:val="22"/>
                <w:lang w:eastAsia="ja-JP"/>
              </w:rPr>
            </w:pPr>
          </w:p>
          <w:p w14:paraId="5DEB9743" w14:textId="77777777" w:rsidR="00AC6A5C" w:rsidRDefault="00AC6A5C" w:rsidP="00AC6A5C">
            <w:pPr>
              <w:spacing w:after="0"/>
              <w:rPr>
                <w:rFonts w:ascii="Noto Sans JP" w:eastAsia="Noto Sans JP" w:hAnsi="Noto Sans JP"/>
                <w:sz w:val="22"/>
                <w:lang w:eastAsia="ja-JP"/>
              </w:rPr>
            </w:pPr>
            <w:r>
              <w:rPr>
                <w:rFonts w:ascii="Noto Sans JP" w:eastAsia="Noto Sans JP" w:hAnsi="Noto Sans JP" w:hint="eastAsia"/>
                <w:sz w:val="22"/>
                <w:lang w:eastAsia="ja-JP"/>
              </w:rPr>
              <w:t>フッター</w:t>
            </w:r>
          </w:p>
          <w:p w14:paraId="3245E49E" w14:textId="77777777" w:rsidR="00AC6A5C" w:rsidRDefault="00AC6A5C" w:rsidP="00AC6A5C">
            <w:pPr>
              <w:pBdr>
                <w:bottom w:val="single" w:sz="6" w:space="1" w:color="auto"/>
              </w:pBdr>
              <w:spacing w:after="0"/>
              <w:rPr>
                <w:rFonts w:ascii="Noto Sans JP" w:eastAsia="Noto Sans JP" w:hAnsi="Noto Sans JP"/>
                <w:sz w:val="22"/>
                <w:lang w:eastAsia="ja-JP"/>
              </w:rPr>
            </w:pPr>
          </w:p>
          <w:p w14:paraId="342B8CB8" w14:textId="77777777" w:rsidR="00AC6A5C" w:rsidRDefault="00AC6A5C" w:rsidP="00AC6A5C">
            <w:pPr>
              <w:spacing w:after="0"/>
              <w:rPr>
                <w:rFonts w:ascii="Noto Sans JP" w:eastAsia="Noto Sans JP" w:hAnsi="Noto Sans JP"/>
                <w:lang w:eastAsia="ja-JP"/>
              </w:rPr>
            </w:pPr>
          </w:p>
          <w:p w14:paraId="4A50F373" w14:textId="77777777" w:rsidR="00AC6A5C" w:rsidRDefault="00AC6A5C" w:rsidP="00AC6A5C">
            <w:pPr>
              <w:spacing w:after="0"/>
              <w:jc w:val="center"/>
              <w:rPr>
                <w:rFonts w:ascii="Noto Sans JP" w:eastAsia="Noto Sans JP" w:hAnsi="Noto Sans JP"/>
                <w:lang w:eastAsia="ja-JP"/>
              </w:rPr>
            </w:pPr>
            <w:r>
              <w:rPr>
                <w:rFonts w:ascii="Noto Sans JP" w:eastAsia="Noto Sans JP" w:hAnsi="Noto Sans JP" w:hint="eastAsia"/>
                <w:lang w:eastAsia="ja-JP"/>
              </w:rPr>
              <w:t>© 2026 ●●● Inc.</w:t>
            </w:r>
          </w:p>
          <w:p w14:paraId="406ED923" w14:textId="78E1CF33" w:rsidR="00AC6A5C" w:rsidRPr="005E255F" w:rsidRDefault="00AC6A5C" w:rsidP="00AC6A5C">
            <w:pPr>
              <w:spacing w:after="0"/>
              <w:rPr>
                <w:rFonts w:ascii="Noto Sans JP" w:eastAsia="Noto Sans JP" w:hAnsi="Noto Sans JP" w:hint="eastAsia"/>
                <w:lang w:eastAsia="ja-JP"/>
              </w:rPr>
            </w:pPr>
          </w:p>
        </w:tc>
      </w:tr>
    </w:tbl>
    <w:p w14:paraId="74E6CDBA" w14:textId="77777777" w:rsidR="00195443" w:rsidRPr="005E255F" w:rsidRDefault="00195443" w:rsidP="0042106D">
      <w:pPr>
        <w:spacing w:after="0"/>
        <w:rPr>
          <w:rFonts w:ascii="Noto Sans JP" w:eastAsia="Noto Sans JP" w:hAnsi="Noto Sans JP"/>
        </w:rPr>
      </w:pPr>
    </w:p>
    <w:p w14:paraId="556F619D" w14:textId="703F1C4C" w:rsidR="00195443" w:rsidRDefault="00195443" w:rsidP="0042106D">
      <w:pPr>
        <w:spacing w:after="0"/>
        <w:rPr>
          <w:rFonts w:ascii="Noto Sans JP" w:eastAsia="Noto Sans JP" w:hAnsi="Noto Sans JP"/>
        </w:rPr>
      </w:pPr>
    </w:p>
    <w:p w14:paraId="2D916025" w14:textId="77777777" w:rsidR="0082519B" w:rsidRPr="005E255F" w:rsidRDefault="0082519B" w:rsidP="0042106D">
      <w:pPr>
        <w:spacing w:after="0"/>
        <w:rPr>
          <w:rFonts w:ascii="Noto Sans JP" w:eastAsia="Noto Sans JP" w:hAnsi="Noto Sans JP"/>
        </w:rPr>
      </w:pPr>
    </w:p>
    <w:p w14:paraId="3BE711CF" w14:textId="77777777" w:rsidR="0082519B" w:rsidRPr="005E255F" w:rsidRDefault="0082519B" w:rsidP="0082519B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こちらにページタイトルが入ります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82519B" w:rsidRPr="005E255F" w14:paraId="0D1BED21" w14:textId="77777777" w:rsidTr="003542EF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23101B8" w14:textId="77777777" w:rsidR="0082519B" w:rsidRPr="005E255F" w:rsidRDefault="0082519B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0364B314" w14:textId="77777777" w:rsidR="0082519B" w:rsidRPr="005E255F" w:rsidRDefault="0082519B" w:rsidP="0082519B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82519B" w:rsidRPr="005E255F" w14:paraId="548613ED" w14:textId="77777777" w:rsidTr="003542EF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936C08F" w14:textId="77777777" w:rsidR="0082519B" w:rsidRPr="005E255F" w:rsidRDefault="0082519B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36B74D1B" w14:textId="77777777" w:rsidR="0082519B" w:rsidRPr="005E255F" w:rsidRDefault="0082519B" w:rsidP="0082519B">
      <w:pPr>
        <w:spacing w:after="0"/>
        <w:rPr>
          <w:rFonts w:ascii="Noto Sans JP" w:eastAsia="Noto Sans JP" w:hAnsi="Noto Sans JP"/>
        </w:rPr>
      </w:pPr>
    </w:p>
    <w:tbl>
      <w:tblPr>
        <w:tblW w:w="10040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0040"/>
      </w:tblGrid>
      <w:tr w:rsidR="0082519B" w:rsidRPr="005E255F" w14:paraId="2CA9F365" w14:textId="77777777" w:rsidTr="00AC6A5C">
        <w:trPr>
          <w:trHeight w:val="5387"/>
        </w:trPr>
        <w:tc>
          <w:tcPr>
            <w:tcW w:w="10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115CEC4" w14:textId="709F3FC4" w:rsidR="00AC6A5C" w:rsidRPr="00AC6A5C" w:rsidRDefault="0082519B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本文</w:t>
            </w:r>
            <w:proofErr w:type="spellEnd"/>
          </w:p>
        </w:tc>
      </w:tr>
    </w:tbl>
    <w:p w14:paraId="0EEB3A64" w14:textId="77777777" w:rsidR="0082519B" w:rsidRDefault="0082519B" w:rsidP="0082519B">
      <w:pPr>
        <w:spacing w:after="0"/>
        <w:rPr>
          <w:rFonts w:ascii="Noto Sans JP" w:eastAsia="Noto Sans JP" w:hAnsi="Noto Sans JP"/>
          <w:lang w:eastAsia="ja-JP"/>
        </w:rPr>
      </w:pPr>
    </w:p>
    <w:p w14:paraId="1C1EE205" w14:textId="77777777" w:rsidR="0082519B" w:rsidRDefault="0082519B" w:rsidP="0082519B">
      <w:pPr>
        <w:spacing w:after="0"/>
        <w:rPr>
          <w:rFonts w:ascii="Noto Sans JP" w:eastAsia="Noto Sans JP" w:hAnsi="Noto Sans JP"/>
          <w:lang w:eastAsia="ja-JP"/>
        </w:rPr>
      </w:pPr>
    </w:p>
    <w:p w14:paraId="7208AFA9" w14:textId="77777777" w:rsidR="0082519B" w:rsidRDefault="0082519B" w:rsidP="0082519B">
      <w:pPr>
        <w:spacing w:after="0"/>
        <w:rPr>
          <w:rFonts w:ascii="Noto Sans JP" w:eastAsia="Noto Sans JP" w:hAnsi="Noto Sans JP"/>
          <w:lang w:eastAsia="ja-JP"/>
        </w:rPr>
      </w:pPr>
    </w:p>
    <w:p w14:paraId="54C79CB7" w14:textId="77777777" w:rsidR="00AC6A5C" w:rsidRPr="005E255F" w:rsidRDefault="00AC6A5C" w:rsidP="00AC6A5C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こちらにページタイトルが入ります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49B2DB0B" w14:textId="77777777" w:rsidTr="003542EF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8D40AE6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6D8A0564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3D3012AD" w14:textId="77777777" w:rsidTr="003542EF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2FDC9B5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78493C3A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040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0040"/>
      </w:tblGrid>
      <w:tr w:rsidR="00AC6A5C" w:rsidRPr="005E255F" w14:paraId="722FEAFC" w14:textId="77777777" w:rsidTr="003542EF">
        <w:trPr>
          <w:trHeight w:val="5387"/>
        </w:trPr>
        <w:tc>
          <w:tcPr>
            <w:tcW w:w="10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C9884EB" w14:textId="77777777" w:rsidR="00AC6A5C" w:rsidRPr="00AC6A5C" w:rsidRDefault="00AC6A5C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</w:tc>
      </w:tr>
    </w:tbl>
    <w:p w14:paraId="3356A78E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1E66BC8B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665BDEAF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0CC77B15" w14:textId="77777777" w:rsidR="00AC6A5C" w:rsidRPr="005E255F" w:rsidRDefault="00AC6A5C" w:rsidP="00AC6A5C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こちらにページタイトルが入ります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5F1252FC" w14:textId="77777777" w:rsidTr="003542EF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BC992D1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5D067F70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72579781" w14:textId="77777777" w:rsidTr="003542EF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D53C91F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255C29A0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040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0040"/>
      </w:tblGrid>
      <w:tr w:rsidR="00AC6A5C" w:rsidRPr="005E255F" w14:paraId="60BD247E" w14:textId="77777777" w:rsidTr="003542EF">
        <w:trPr>
          <w:trHeight w:val="5387"/>
        </w:trPr>
        <w:tc>
          <w:tcPr>
            <w:tcW w:w="10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BB5990B" w14:textId="77777777" w:rsidR="00AC6A5C" w:rsidRPr="00AC6A5C" w:rsidRDefault="00AC6A5C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</w:tc>
      </w:tr>
    </w:tbl>
    <w:p w14:paraId="532DEC62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23D25A0C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57D54E28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21BE5474" w14:textId="77777777" w:rsidR="00AC6A5C" w:rsidRPr="005E255F" w:rsidRDefault="00AC6A5C" w:rsidP="00AC6A5C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こちらにページタイトルが入ります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1DA6716A" w14:textId="77777777" w:rsidTr="003542EF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DBAADB3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1559AAA1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3C9BC195" w14:textId="77777777" w:rsidTr="003542EF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BF3A207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3E5E3F34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040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0040"/>
      </w:tblGrid>
      <w:tr w:rsidR="00AC6A5C" w:rsidRPr="005E255F" w14:paraId="110F90C3" w14:textId="77777777" w:rsidTr="003542EF">
        <w:trPr>
          <w:trHeight w:val="5387"/>
        </w:trPr>
        <w:tc>
          <w:tcPr>
            <w:tcW w:w="10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0AB9212" w14:textId="77777777" w:rsidR="00AC6A5C" w:rsidRPr="00AC6A5C" w:rsidRDefault="00AC6A5C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</w:tc>
      </w:tr>
    </w:tbl>
    <w:p w14:paraId="1D31429D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05D5363D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5F8E7449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5C69898F" w14:textId="77777777" w:rsidR="00AC6A5C" w:rsidRPr="005E255F" w:rsidRDefault="00AC6A5C" w:rsidP="00AC6A5C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こちらにページタイトルが入ります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41D35D62" w14:textId="77777777" w:rsidTr="003542EF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7CF2BE2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64B26219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4B8027BF" w14:textId="77777777" w:rsidTr="003542EF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A6A4FB2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0E819A30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040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0040"/>
      </w:tblGrid>
      <w:tr w:rsidR="00AC6A5C" w:rsidRPr="005E255F" w14:paraId="6047E310" w14:textId="77777777" w:rsidTr="003542EF">
        <w:trPr>
          <w:trHeight w:val="5387"/>
        </w:trPr>
        <w:tc>
          <w:tcPr>
            <w:tcW w:w="10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D04E813" w14:textId="77777777" w:rsidR="00AC6A5C" w:rsidRPr="00AC6A5C" w:rsidRDefault="00AC6A5C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</w:tc>
      </w:tr>
    </w:tbl>
    <w:p w14:paraId="40DEC590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3D4DFC9B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73E0913C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04C6D54E" w14:textId="77777777" w:rsidR="00AC6A5C" w:rsidRPr="005E255F" w:rsidRDefault="00AC6A5C" w:rsidP="00AC6A5C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こちらにページタイトルが入ります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075799E7" w14:textId="77777777" w:rsidTr="003542EF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AF1BFCA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46B7ED83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6BCD4EC9" w14:textId="77777777" w:rsidTr="003542EF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91F9614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3E5466D6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040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0040"/>
      </w:tblGrid>
      <w:tr w:rsidR="00AC6A5C" w:rsidRPr="005E255F" w14:paraId="7E6A207D" w14:textId="77777777" w:rsidTr="003542EF">
        <w:trPr>
          <w:trHeight w:val="5387"/>
        </w:trPr>
        <w:tc>
          <w:tcPr>
            <w:tcW w:w="10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6F9F649" w14:textId="77777777" w:rsidR="00AC6A5C" w:rsidRPr="00AC6A5C" w:rsidRDefault="00AC6A5C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</w:tc>
      </w:tr>
    </w:tbl>
    <w:p w14:paraId="486D50AC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24BCBAAA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7751DFF9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6D13FEDE" w14:textId="77777777" w:rsidR="00AC6A5C" w:rsidRPr="005E255F" w:rsidRDefault="00AC6A5C" w:rsidP="00AC6A5C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こちらにページタイトルが入ります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3FC5DC1E" w14:textId="77777777" w:rsidTr="003542EF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32579FE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249A3262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6853B70E" w14:textId="77777777" w:rsidTr="003542EF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A8B9804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6EA2799C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040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0040"/>
      </w:tblGrid>
      <w:tr w:rsidR="00AC6A5C" w:rsidRPr="005E255F" w14:paraId="76405C0C" w14:textId="77777777" w:rsidTr="003542EF">
        <w:trPr>
          <w:trHeight w:val="5387"/>
        </w:trPr>
        <w:tc>
          <w:tcPr>
            <w:tcW w:w="10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A205A98" w14:textId="77777777" w:rsidR="00AC6A5C" w:rsidRPr="00AC6A5C" w:rsidRDefault="00AC6A5C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</w:tc>
      </w:tr>
    </w:tbl>
    <w:p w14:paraId="1E18289B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1FDA79AF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1B7AEAF8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280DEFC2" w14:textId="77777777" w:rsidR="00AC6A5C" w:rsidRPr="005E255F" w:rsidRDefault="00AC6A5C" w:rsidP="00AC6A5C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こちらにページタイトルが入ります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3C77FDDC" w14:textId="77777777" w:rsidTr="003542EF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9B3A970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6252C865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29376F15" w14:textId="77777777" w:rsidTr="003542EF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CDEC4FA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4EAD3E50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040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0040"/>
      </w:tblGrid>
      <w:tr w:rsidR="00AC6A5C" w:rsidRPr="005E255F" w14:paraId="1157A082" w14:textId="77777777" w:rsidTr="003542EF">
        <w:trPr>
          <w:trHeight w:val="5387"/>
        </w:trPr>
        <w:tc>
          <w:tcPr>
            <w:tcW w:w="10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73C5A0D" w14:textId="3E5909EA" w:rsidR="00AC6A5C" w:rsidRPr="00AC6A5C" w:rsidRDefault="00AC6A5C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</w:tc>
      </w:tr>
    </w:tbl>
    <w:p w14:paraId="69B55166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6C009C68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6E7D2043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7F41A524" w14:textId="77777777" w:rsidR="00AC6A5C" w:rsidRPr="005E255F" w:rsidRDefault="00AC6A5C" w:rsidP="00AC6A5C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こちらにページタイトルが入ります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24DE3F69" w14:textId="77777777" w:rsidTr="003542EF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469408E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7D335EFB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5A230EBF" w14:textId="77777777" w:rsidTr="003542EF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6CFBA18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0DF9A209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040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0040"/>
      </w:tblGrid>
      <w:tr w:rsidR="00AC6A5C" w:rsidRPr="005E255F" w14:paraId="2AD3A5F9" w14:textId="77777777" w:rsidTr="003542EF">
        <w:trPr>
          <w:trHeight w:val="5387"/>
        </w:trPr>
        <w:tc>
          <w:tcPr>
            <w:tcW w:w="10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CC9F548" w14:textId="77777777" w:rsidR="00AC6A5C" w:rsidRPr="00AC6A5C" w:rsidRDefault="00AC6A5C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</w:tc>
      </w:tr>
    </w:tbl>
    <w:p w14:paraId="1492FAA1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65A5BCAA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2243BF38" w14:textId="77777777" w:rsidR="00AC6A5C" w:rsidRDefault="00AC6A5C" w:rsidP="00AC6A5C">
      <w:pPr>
        <w:spacing w:after="0"/>
        <w:rPr>
          <w:rFonts w:ascii="Noto Sans JP" w:eastAsia="Noto Sans JP" w:hAnsi="Noto Sans JP"/>
          <w:lang w:eastAsia="ja-JP"/>
        </w:rPr>
      </w:pPr>
    </w:p>
    <w:p w14:paraId="2AB77D99" w14:textId="77777777" w:rsidR="00AC6A5C" w:rsidRPr="005E255F" w:rsidRDefault="00AC6A5C" w:rsidP="00AC6A5C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こちらにページタイトルが入ります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073A9C5D" w14:textId="77777777" w:rsidTr="003542EF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C5A173E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6E8D5268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7FD69EE2" w14:textId="77777777" w:rsidTr="003542EF">
        <w:trPr>
          <w:trHeight w:hRule="exact" w:val="272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E9F4995" w14:textId="77777777" w:rsidR="00AC6A5C" w:rsidRPr="005E255F" w:rsidRDefault="00AC6A5C" w:rsidP="003542EF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  <w:proofErr w:type="spellEnd"/>
          </w:p>
        </w:tc>
      </w:tr>
    </w:tbl>
    <w:p w14:paraId="679A486C" w14:textId="77777777" w:rsidR="00AC6A5C" w:rsidRPr="005E255F" w:rsidRDefault="00AC6A5C" w:rsidP="00AC6A5C">
      <w:pPr>
        <w:spacing w:after="0"/>
        <w:rPr>
          <w:rFonts w:ascii="Noto Sans JP" w:eastAsia="Noto Sans JP" w:hAnsi="Noto Sans JP"/>
        </w:rPr>
      </w:pPr>
    </w:p>
    <w:tbl>
      <w:tblPr>
        <w:tblW w:w="10040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0040"/>
      </w:tblGrid>
      <w:tr w:rsidR="00AC6A5C" w:rsidRPr="005E255F" w14:paraId="3FBA43D8" w14:textId="77777777" w:rsidTr="003542EF">
        <w:trPr>
          <w:trHeight w:val="5387"/>
        </w:trPr>
        <w:tc>
          <w:tcPr>
            <w:tcW w:w="1004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4D94F0C" w14:textId="180A63AE" w:rsidR="00AC6A5C" w:rsidRPr="00AC6A5C" w:rsidRDefault="00AC6A5C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</w:tc>
      </w:tr>
    </w:tbl>
    <w:p w14:paraId="74050DE7" w14:textId="77777777" w:rsidR="0082519B" w:rsidRDefault="0082519B" w:rsidP="0082519B">
      <w:pPr>
        <w:spacing w:after="0"/>
        <w:rPr>
          <w:rFonts w:ascii="Noto Sans JP" w:eastAsia="Noto Sans JP" w:hAnsi="Noto Sans JP" w:hint="eastAsia"/>
          <w:lang w:eastAsia="ja-JP"/>
        </w:rPr>
      </w:pPr>
    </w:p>
    <w:p w14:paraId="00F358C6" w14:textId="77777777" w:rsidR="0082519B" w:rsidRPr="005E255F" w:rsidRDefault="0082519B" w:rsidP="0082519B">
      <w:pPr>
        <w:spacing w:after="0"/>
        <w:rPr>
          <w:rFonts w:ascii="Noto Sans JP" w:eastAsia="Noto Sans JP" w:hAnsi="Noto Sans JP" w:hint="eastAsia"/>
          <w:lang w:eastAsia="ja-JP"/>
        </w:rPr>
      </w:pPr>
    </w:p>
    <w:p w14:paraId="1081BB0A" w14:textId="77777777" w:rsidR="0082519B" w:rsidRDefault="0082519B" w:rsidP="0082519B">
      <w:pPr>
        <w:spacing w:after="0"/>
        <w:rPr>
          <w:rFonts w:ascii="Noto Sans JP" w:eastAsia="Noto Sans JP" w:hAnsi="Noto Sans JP" w:hint="eastAsia"/>
          <w:lang w:eastAsia="ja-JP"/>
        </w:rPr>
      </w:pPr>
    </w:p>
    <w:p w14:paraId="5E6BAB62" w14:textId="77777777" w:rsidR="00195443" w:rsidRPr="005E255F" w:rsidRDefault="00000000" w:rsidP="0042106D">
      <w:pPr>
        <w:spacing w:after="0"/>
        <w:jc w:val="center"/>
        <w:rPr>
          <w:rFonts w:ascii="Noto Sans JP" w:eastAsia="Noto Sans JP" w:hAnsi="Noto Sans JP"/>
          <w:lang w:eastAsia="ja-JP"/>
        </w:rPr>
      </w:pPr>
      <w:r w:rsidRPr="005E255F">
        <w:rPr>
          <w:rFonts w:ascii="Noto Sans JP" w:eastAsia="Noto Sans JP" w:hAnsi="Noto Sans JP"/>
          <w:b/>
          <w:sz w:val="36"/>
          <w:lang w:eastAsia="ja-JP"/>
        </w:rPr>
        <w:t>プライバシーポリシー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195443" w:rsidRPr="005E255F" w14:paraId="41678FC3" w14:textId="77777777">
        <w:trPr>
          <w:trHeight w:hRule="exact" w:val="136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39AB6E6" w14:textId="77777777" w:rsidR="00195443" w:rsidRPr="005E255F" w:rsidRDefault="00000000" w:rsidP="0042106D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見出し</w:t>
            </w:r>
            <w:proofErr w:type="spellEnd"/>
          </w:p>
        </w:tc>
      </w:tr>
    </w:tbl>
    <w:p w14:paraId="3D030F7F" w14:textId="77777777" w:rsidR="00195443" w:rsidRPr="005E255F" w:rsidRDefault="00195443" w:rsidP="0042106D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195443" w:rsidRPr="005E255F" w14:paraId="093FA82C" w14:textId="77777777">
        <w:trPr>
          <w:trHeight w:hRule="exact" w:val="2381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97644F1" w14:textId="77777777" w:rsidR="00195443" w:rsidRPr="005E255F" w:rsidRDefault="00000000" w:rsidP="0042106D">
            <w:pPr>
              <w:spacing w:after="0"/>
              <w:jc w:val="center"/>
              <w:rPr>
                <w:rFonts w:ascii="Noto Sans JP" w:eastAsia="Noto Sans JP" w:hAnsi="Noto Sans JP"/>
              </w:rPr>
            </w:pPr>
            <w:r w:rsidRPr="005E255F">
              <w:rPr>
                <w:rFonts w:ascii="Noto Sans JP" w:eastAsia="Noto Sans JP" w:hAnsi="Noto Sans JP"/>
                <w:sz w:val="22"/>
              </w:rPr>
              <w:t>画像または動画</w:t>
            </w:r>
          </w:p>
        </w:tc>
      </w:tr>
    </w:tbl>
    <w:p w14:paraId="6A23528F" w14:textId="77777777" w:rsidR="00195443" w:rsidRPr="005E255F" w:rsidRDefault="00195443" w:rsidP="0042106D">
      <w:pPr>
        <w:spacing w:after="0"/>
        <w:rPr>
          <w:rFonts w:ascii="Noto Sans JP" w:eastAsia="Noto Sans JP" w:hAnsi="Noto Sans JP"/>
        </w:rPr>
      </w:pP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82519B" w:rsidRPr="005E255F" w14:paraId="1083A5D7" w14:textId="77777777" w:rsidTr="00AC6A5C">
        <w:trPr>
          <w:trHeight w:val="5387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F61A855" w14:textId="0F26B7B5" w:rsidR="00AC6A5C" w:rsidRPr="00AC6A5C" w:rsidRDefault="0082519B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lastRenderedPageBreak/>
              <w:t>本文</w:t>
            </w:r>
            <w:proofErr w:type="spellEnd"/>
          </w:p>
        </w:tc>
      </w:tr>
    </w:tbl>
    <w:p w14:paraId="257DDE62" w14:textId="77777777" w:rsidR="0082519B" w:rsidRDefault="0082519B" w:rsidP="0082519B">
      <w:pPr>
        <w:spacing w:after="0"/>
        <w:rPr>
          <w:rFonts w:ascii="Noto Sans JP" w:eastAsia="Noto Sans JP" w:hAnsi="Noto Sans JP"/>
          <w:lang w:eastAsia="ja-JP"/>
        </w:rPr>
      </w:pPr>
    </w:p>
    <w:p w14:paraId="67F5D39B" w14:textId="77777777" w:rsidR="00195443" w:rsidRPr="005E255F" w:rsidRDefault="00000000" w:rsidP="0042106D">
      <w:pPr>
        <w:spacing w:before="40" w:after="0"/>
        <w:jc w:val="center"/>
        <w:rPr>
          <w:rFonts w:ascii="Noto Sans JP" w:eastAsia="Noto Sans JP" w:hAnsi="Noto Sans JP"/>
        </w:rPr>
      </w:pPr>
      <w:proofErr w:type="spellStart"/>
      <w:r w:rsidRPr="005E255F">
        <w:rPr>
          <w:rFonts w:ascii="Noto Sans JP" w:eastAsia="Noto Sans JP" w:hAnsi="Noto Sans JP"/>
          <w:b/>
          <w:sz w:val="30"/>
        </w:rPr>
        <w:t>補足</w:t>
      </w:r>
      <w:proofErr w:type="spellEnd"/>
    </w:p>
    <w:p w14:paraId="5CC3BE5E" w14:textId="457214E1" w:rsidR="00195443" w:rsidRPr="005E255F" w:rsidRDefault="00000000" w:rsidP="0042106D">
      <w:pPr>
        <w:spacing w:after="0"/>
        <w:jc w:val="center"/>
        <w:rPr>
          <w:rFonts w:ascii="Noto Sans JP" w:eastAsia="Noto Sans JP" w:hAnsi="Noto Sans JP" w:hint="eastAsia"/>
          <w:lang w:eastAsia="ja-JP"/>
        </w:rPr>
      </w:pPr>
      <w:r w:rsidRPr="005E255F">
        <w:rPr>
          <w:rFonts w:ascii="Noto Sans JP" w:eastAsia="Noto Sans JP" w:hAnsi="Noto Sans JP"/>
          <w:lang w:eastAsia="ja-JP"/>
        </w:rPr>
        <w:t>何か</w:t>
      </w:r>
      <w:r w:rsidR="0082519B">
        <w:rPr>
          <w:rFonts w:ascii="Noto Sans JP" w:eastAsia="Noto Sans JP" w:hAnsi="Noto Sans JP" w:hint="eastAsia"/>
          <w:lang w:eastAsia="ja-JP"/>
        </w:rPr>
        <w:t>補足がありましたら、こちらにご記入願います</w:t>
      </w:r>
    </w:p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AC6A5C" w:rsidRPr="005E255F" w14:paraId="5DE5CC0F" w14:textId="77777777" w:rsidTr="00AC6A5C">
        <w:trPr>
          <w:trHeight w:val="5387"/>
          <w:jc w:val="center"/>
        </w:trPr>
        <w:tc>
          <w:tcPr>
            <w:tcW w:w="10200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89BD923" w14:textId="54115C46" w:rsidR="00AC6A5C" w:rsidRPr="00AC6A5C" w:rsidRDefault="00AC6A5C" w:rsidP="003542EF">
            <w:pPr>
              <w:spacing w:after="0"/>
              <w:rPr>
                <w:rFonts w:ascii="Noto Sans JP" w:eastAsia="Noto Sans JP" w:hAnsi="Noto Sans JP" w:hint="eastAsia"/>
                <w:sz w:val="22"/>
                <w:lang w:eastAsia="ja-JP"/>
              </w:rPr>
            </w:pPr>
            <w:proofErr w:type="spellStart"/>
            <w:r w:rsidRPr="005E255F">
              <w:rPr>
                <w:rFonts w:ascii="Noto Sans JP" w:eastAsia="Noto Sans JP" w:hAnsi="Noto Sans JP"/>
                <w:sz w:val="22"/>
              </w:rPr>
              <w:t>本文</w:t>
            </w:r>
            <w:proofErr w:type="spellEnd"/>
          </w:p>
        </w:tc>
      </w:tr>
    </w:tbl>
    <w:p w14:paraId="26590C10" w14:textId="77777777" w:rsidR="00195443" w:rsidRPr="005E255F" w:rsidRDefault="00195443" w:rsidP="0042106D">
      <w:pPr>
        <w:spacing w:after="0"/>
        <w:rPr>
          <w:rFonts w:ascii="Noto Sans JP" w:eastAsia="Noto Sans JP" w:hAnsi="Noto Sans JP" w:hint="eastAsia"/>
          <w:lang w:eastAsia="ja-JP"/>
        </w:rPr>
      </w:pPr>
    </w:p>
    <w:sectPr w:rsidR="00195443" w:rsidRPr="005E255F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2562292">
    <w:abstractNumId w:val="8"/>
  </w:num>
  <w:num w:numId="2" w16cid:durableId="1717657444">
    <w:abstractNumId w:val="6"/>
  </w:num>
  <w:num w:numId="3" w16cid:durableId="1720780825">
    <w:abstractNumId w:val="5"/>
  </w:num>
  <w:num w:numId="4" w16cid:durableId="1883901962">
    <w:abstractNumId w:val="4"/>
  </w:num>
  <w:num w:numId="5" w16cid:durableId="1716202253">
    <w:abstractNumId w:val="7"/>
  </w:num>
  <w:num w:numId="6" w16cid:durableId="834370918">
    <w:abstractNumId w:val="3"/>
  </w:num>
  <w:num w:numId="7" w16cid:durableId="305595364">
    <w:abstractNumId w:val="2"/>
  </w:num>
  <w:num w:numId="8" w16cid:durableId="67463593">
    <w:abstractNumId w:val="1"/>
  </w:num>
  <w:num w:numId="9" w16cid:durableId="799957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5443"/>
    <w:rsid w:val="0029639D"/>
    <w:rsid w:val="00326F90"/>
    <w:rsid w:val="0042106D"/>
    <w:rsid w:val="005E255F"/>
    <w:rsid w:val="0082519B"/>
    <w:rsid w:val="00A2115A"/>
    <w:rsid w:val="00AA1D8D"/>
    <w:rsid w:val="00AC6A5C"/>
    <w:rsid w:val="00B47730"/>
    <w:rsid w:val="00CB0664"/>
    <w:rsid w:val="00DF3D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614D38"/>
  <w14:defaultImageDpi w14:val="300"/>
  <w15:docId w15:val="{1DFE61BE-6987-4918-8627-F7797B86A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C6A5C"/>
    <w:rPr>
      <w:rFonts w:ascii="Noto Sans CJK JP" w:eastAsia="Noto Sans CJK JP" w:hAnsi="Noto Sans CJK JP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ホームページ原稿テンプレート</dc:title>
  <dc:subject/>
  <dc:creator/>
  <cp:keywords/>
  <dc:description/>
  <cp:lastModifiedBy>a a</cp:lastModifiedBy>
  <cp:revision>5</cp:revision>
  <dcterms:created xsi:type="dcterms:W3CDTF">2013-12-23T23:15:00Z</dcterms:created>
  <dcterms:modified xsi:type="dcterms:W3CDTF">2026-09-05T09:15:00Z</dcterms:modified>
  <cp:category/>
</cp:coreProperties>
</file>